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CA3A04" w14:textId="77777777" w:rsidR="00BA5165" w:rsidRDefault="00BA5165">
      <w:pPr>
        <w:spacing w:after="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375A953" w14:textId="395B4747" w:rsidR="0033063A" w:rsidRPr="00257589" w:rsidRDefault="00A92986">
      <w:pPr>
        <w:spacing w:after="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7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PROGRAMAÇÃO DO EVENTO</w:t>
      </w:r>
    </w:p>
    <w:p w14:paraId="54EC747B" w14:textId="199AE047" w:rsidR="00AE35CE" w:rsidRPr="00257589" w:rsidRDefault="00AE35CE" w:rsidP="00AE35CE">
      <w:pPr>
        <w:spacing w:after="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7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Dia Escolar de Combate à </w:t>
      </w:r>
      <w:proofErr w:type="spellStart"/>
      <w:r w:rsidRPr="00257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violência</w:t>
      </w:r>
      <w:proofErr w:type="spellEnd"/>
      <w:r w:rsidRPr="00257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contra a </w:t>
      </w:r>
      <w:proofErr w:type="spellStart"/>
      <w:r w:rsidRPr="00257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mulher</w:t>
      </w:r>
      <w:proofErr w:type="spellEnd"/>
      <w:r w:rsidRPr="00257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7B1C87BE" w14:textId="6FD129F6" w:rsidR="00AE35CE" w:rsidRPr="00257589" w:rsidRDefault="00AE35CE" w:rsidP="00AE35CE">
      <w:pPr>
        <w:spacing w:after="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7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 de Agosto de 2026</w:t>
      </w:r>
    </w:p>
    <w:p w14:paraId="2D954EEE" w14:textId="43BF286B" w:rsidR="00AE35CE" w:rsidRPr="00257589" w:rsidRDefault="00AE35CE" w:rsidP="00AE35CE">
      <w:pPr>
        <w:spacing w:after="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57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IFMG campus </w:t>
      </w:r>
      <w:proofErr w:type="spellStart"/>
      <w:r w:rsidRPr="00257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Itabirito</w:t>
      </w:r>
      <w:proofErr w:type="spellEnd"/>
      <w:r w:rsidRPr="00257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6740E041" w14:textId="682D4BB0" w:rsidR="00AE35CE" w:rsidRPr="00257589" w:rsidRDefault="00AE35CE" w:rsidP="00AE35CE">
      <w:pPr>
        <w:spacing w:after="360"/>
        <w:jc w:val="center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25758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(R. José Benedito, 139 - Santa Efigênia, </w:t>
      </w:r>
      <w:proofErr w:type="spellStart"/>
      <w:r w:rsidRPr="0025758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Itabirito</w:t>
      </w:r>
      <w:proofErr w:type="spellEnd"/>
      <w:r w:rsidRPr="0025758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- MG, 35455-040)</w:t>
      </w:r>
    </w:p>
    <w:p w14:paraId="53ED9045" w14:textId="77777777" w:rsidR="0033063A" w:rsidRPr="00257589" w:rsidRDefault="00A92986">
      <w:pPr>
        <w:spacing w:after="3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5758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Cronograma</w:t>
      </w:r>
      <w:proofErr w:type="spellEnd"/>
      <w:r w:rsidRPr="0025758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de </w:t>
      </w:r>
      <w:proofErr w:type="spellStart"/>
      <w:r w:rsidRPr="0025758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Atividades</w:t>
      </w:r>
      <w:proofErr w:type="spellEnd"/>
    </w:p>
    <w:tbl>
      <w:tblPr>
        <w:tblW w:w="0" w:type="auto"/>
        <w:jc w:val="center"/>
        <w:tblBorders>
          <w:top w:val="single" w:sz="4" w:space="0" w:color="CBD5E0"/>
          <w:bottom w:val="single" w:sz="6" w:space="0" w:color="1A365D"/>
          <w:insideH w:val="single" w:sz="4" w:space="0" w:color="CBD5E0"/>
        </w:tblBorders>
        <w:tblLook w:val="04A0" w:firstRow="1" w:lastRow="0" w:firstColumn="1" w:lastColumn="0" w:noHBand="0" w:noVBand="1"/>
      </w:tblPr>
      <w:tblGrid>
        <w:gridCol w:w="1872"/>
        <w:gridCol w:w="1440"/>
        <w:gridCol w:w="3312"/>
        <w:gridCol w:w="3168"/>
      </w:tblGrid>
      <w:tr w:rsidR="0033063A" w:rsidRPr="00257589" w14:paraId="17C65684" w14:textId="77777777" w:rsidTr="00846C66">
        <w:trPr>
          <w:jc w:val="center"/>
        </w:trPr>
        <w:tc>
          <w:tcPr>
            <w:tcW w:w="1872" w:type="dxa"/>
            <w:shd w:val="clear" w:color="auto" w:fill="CCC0D9" w:themeFill="accent4" w:themeFillTint="6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C48CF8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Hora</w:t>
            </w:r>
          </w:p>
        </w:tc>
        <w:tc>
          <w:tcPr>
            <w:tcW w:w="1440" w:type="dxa"/>
            <w:shd w:val="clear" w:color="auto" w:fill="CCC0D9" w:themeFill="accent4" w:themeFillTint="6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60E122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Local</w:t>
            </w:r>
          </w:p>
        </w:tc>
        <w:tc>
          <w:tcPr>
            <w:tcW w:w="3312" w:type="dxa"/>
            <w:shd w:val="clear" w:color="auto" w:fill="CCC0D9" w:themeFill="accent4" w:themeFillTint="6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A9A36E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Atividade</w:t>
            </w:r>
            <w:proofErr w:type="spellEnd"/>
          </w:p>
        </w:tc>
        <w:tc>
          <w:tcPr>
            <w:tcW w:w="3168" w:type="dxa"/>
            <w:shd w:val="clear" w:color="auto" w:fill="CCC0D9" w:themeFill="accent4" w:themeFillTint="6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EF70C7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Proponente</w:t>
            </w:r>
            <w:proofErr w:type="spellEnd"/>
          </w:p>
        </w:tc>
      </w:tr>
      <w:tr w:rsidR="0033063A" w:rsidRPr="00257589" w14:paraId="16CE9E80" w14:textId="77777777">
        <w:trPr>
          <w:jc w:val="center"/>
        </w:trPr>
        <w:tc>
          <w:tcPr>
            <w:tcW w:w="187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F1BFB9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08:00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09:30</w:t>
            </w:r>
          </w:p>
        </w:tc>
        <w:tc>
          <w:tcPr>
            <w:tcW w:w="144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54F7C6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Auditório</w:t>
            </w:r>
            <w:proofErr w:type="spellEnd"/>
          </w:p>
        </w:tc>
        <w:tc>
          <w:tcPr>
            <w:tcW w:w="331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B2190E" w14:textId="6CB55669" w:rsidR="0033063A" w:rsidRPr="00257589" w:rsidRDefault="00F35B5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</w:t>
            </w:r>
            <w:r w:rsidR="001B40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</w:t>
            </w:r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Cerimônia de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abertura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As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violências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contra a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mulher</w:t>
            </w:r>
            <w:proofErr w:type="spellEnd"/>
          </w:p>
        </w:tc>
        <w:tc>
          <w:tcPr>
            <w:tcW w:w="3168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781BC8" w14:textId="68F0720C" w:rsidR="0033063A" w:rsidRPr="00257589" w:rsidRDefault="00BA516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Charles Valadares, Taciana Garrido, </w:t>
            </w:r>
          </w:p>
        </w:tc>
      </w:tr>
      <w:tr w:rsidR="0033063A" w:rsidRPr="00257589" w14:paraId="6C984752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A35BFC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08:00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09:30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0C90F7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307</w:t>
            </w:r>
          </w:p>
        </w:tc>
        <w:tc>
          <w:tcPr>
            <w:tcW w:w="331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CC75BE" w14:textId="59C23AF1" w:rsidR="00AE35CE" w:rsidRPr="00257589" w:rsidRDefault="0010073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SM1 </w:t>
            </w:r>
            <w:r w:rsidR="00CB30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Oficina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sobre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Masculinidades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22212F8" w14:textId="27A17976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(1ª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sessão</w:t>
            </w:r>
            <w:proofErr w:type="spellEnd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exclusiva</w:t>
            </w:r>
            <w:proofErr w:type="spellEnd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para </w:t>
            </w:r>
            <w:proofErr w:type="spellStart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estudantes</w:t>
            </w:r>
            <w:proofErr w:type="spellEnd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homens</w:t>
            </w:r>
            <w:proofErr w:type="spellEnd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6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3E999F" w14:textId="7EBF604A" w:rsidR="0033063A" w:rsidRPr="00257589" w:rsidRDefault="00AE35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Rogério Gomes dos Santos </w:t>
            </w:r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(1ª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sessão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33063A" w:rsidRPr="00257589" w14:paraId="6A5D7CE2" w14:textId="77777777">
        <w:trPr>
          <w:jc w:val="center"/>
        </w:trPr>
        <w:tc>
          <w:tcPr>
            <w:tcW w:w="187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F4F779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08:00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09:30</w:t>
            </w:r>
          </w:p>
        </w:tc>
        <w:tc>
          <w:tcPr>
            <w:tcW w:w="144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C698F9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309</w:t>
            </w:r>
          </w:p>
        </w:tc>
        <w:tc>
          <w:tcPr>
            <w:tcW w:w="331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E77540" w14:textId="7EF632ED" w:rsidR="0033063A" w:rsidRPr="00257589" w:rsidRDefault="00E24F3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</w:t>
            </w:r>
            <w:r w:rsidR="00DA46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C6C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Microagressões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violência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contra a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mulher</w:t>
            </w:r>
            <w:proofErr w:type="spellEnd"/>
          </w:p>
        </w:tc>
        <w:tc>
          <w:tcPr>
            <w:tcW w:w="3168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8A0E90" w14:textId="38788AFD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Bruno F</w:t>
            </w:r>
            <w:r w:rsid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onseca (Professor IFMG)</w:t>
            </w: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3063A" w:rsidRPr="00257589" w14:paraId="4DC17721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8CCA63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08:00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09:30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3CFB19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301</w:t>
            </w:r>
          </w:p>
        </w:tc>
        <w:tc>
          <w:tcPr>
            <w:tcW w:w="331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79E4B1" w14:textId="77D595DF" w:rsidR="0033063A" w:rsidRPr="00257589" w:rsidRDefault="005B655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SM1 </w:t>
            </w:r>
            <w:r w:rsidR="009E0D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Troco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Troca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Marcas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transformam</w:t>
            </w:r>
            <w:proofErr w:type="spellEnd"/>
          </w:p>
        </w:tc>
        <w:tc>
          <w:tcPr>
            <w:tcW w:w="316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4748D2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Evelyn Cristina Souza Vieira, Giovanna Luiza da Silva Pedrosa, Maria Carolina Mendes Moura, Fernanda Gabrielly Ferreira dos Reis, Rayla Rodrigues de Carvalho Baêta, Vitória Evelyn de Jesus Conceição e Gabriely Luiza</w:t>
            </w:r>
          </w:p>
        </w:tc>
      </w:tr>
      <w:tr w:rsidR="0033063A" w:rsidRPr="00257589" w14:paraId="029DCD4D" w14:textId="77777777">
        <w:trPr>
          <w:jc w:val="center"/>
        </w:trPr>
        <w:tc>
          <w:tcPr>
            <w:tcW w:w="187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041AD6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08:00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09:30</w:t>
            </w:r>
          </w:p>
        </w:tc>
        <w:tc>
          <w:tcPr>
            <w:tcW w:w="144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864228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302</w:t>
            </w:r>
          </w:p>
        </w:tc>
        <w:tc>
          <w:tcPr>
            <w:tcW w:w="331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828577" w14:textId="451C992E" w:rsidR="0033063A" w:rsidRDefault="008727D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SM1 -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Machosfera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violência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contra as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mulheres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o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ambiente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digital (1ª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sessão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2CB525E5" w14:textId="77777777" w:rsidR="00BA5165" w:rsidRDefault="00BA516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A4DE23" w14:textId="77777777" w:rsidR="00BA5165" w:rsidRPr="00257589" w:rsidRDefault="00BA516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68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EAA3E1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Stella Gontijo</w:t>
            </w:r>
          </w:p>
        </w:tc>
      </w:tr>
      <w:tr w:rsidR="0033063A" w:rsidRPr="00257589" w14:paraId="32A85FAC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D9BF49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10:00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11:30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8C5C32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Auditório</w:t>
            </w:r>
            <w:proofErr w:type="spellEnd"/>
          </w:p>
        </w:tc>
        <w:tc>
          <w:tcPr>
            <w:tcW w:w="331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B99A32" w14:textId="430BD5AD" w:rsidR="0033063A" w:rsidRPr="00257589" w:rsidRDefault="00085CA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SM2 </w:t>
            </w:r>
            <w:r w:rsidR="00783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Palestra "Combate à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violência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contra a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mulher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Reflexões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sobre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Brasil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16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5D3434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Moara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Saboia</w:t>
            </w:r>
            <w:proofErr w:type="spellEnd"/>
          </w:p>
        </w:tc>
      </w:tr>
      <w:tr w:rsidR="0033063A" w:rsidRPr="00257589" w14:paraId="78B7E194" w14:textId="77777777">
        <w:trPr>
          <w:jc w:val="center"/>
        </w:trPr>
        <w:tc>
          <w:tcPr>
            <w:tcW w:w="187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6B067B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10:00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11:30</w:t>
            </w:r>
          </w:p>
        </w:tc>
        <w:tc>
          <w:tcPr>
            <w:tcW w:w="144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E44A9E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307</w:t>
            </w:r>
          </w:p>
        </w:tc>
        <w:tc>
          <w:tcPr>
            <w:tcW w:w="331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0F5023" w14:textId="19E7F0AE" w:rsidR="0033063A" w:rsidRPr="00257589" w:rsidRDefault="003A667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SM2 -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Oficina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sobre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Masculinidades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(2ª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sessão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exclusiva</w:t>
            </w:r>
            <w:proofErr w:type="spellEnd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para </w:t>
            </w:r>
            <w:proofErr w:type="spellStart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estudantes</w:t>
            </w:r>
            <w:proofErr w:type="spellEnd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homens</w:t>
            </w:r>
            <w:proofErr w:type="spellEnd"/>
          </w:p>
        </w:tc>
        <w:tc>
          <w:tcPr>
            <w:tcW w:w="3168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8231A9" w14:textId="300F7A55" w:rsidR="0033063A" w:rsidRPr="00257589" w:rsidRDefault="00AE35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Rogério Gomes dos Santos </w:t>
            </w:r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(2ª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sessão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33063A" w:rsidRPr="00257589" w14:paraId="041B028A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55EC04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10:00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11:30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4C3C08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301</w:t>
            </w:r>
          </w:p>
        </w:tc>
        <w:tc>
          <w:tcPr>
            <w:tcW w:w="331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A7CBEF" w14:textId="2C6DCC13" w:rsidR="0033063A" w:rsidRPr="00257589" w:rsidRDefault="002C64A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SM2 - </w:t>
            </w:r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Música e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denúncia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homenagem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à Elza Soares</w:t>
            </w:r>
          </w:p>
        </w:tc>
        <w:tc>
          <w:tcPr>
            <w:tcW w:w="316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475F2D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Anna Beatriz, Maria Clara, Bruna e Valentina</w:t>
            </w:r>
          </w:p>
        </w:tc>
      </w:tr>
      <w:tr w:rsidR="0033063A" w:rsidRPr="00257589" w14:paraId="319F6439" w14:textId="77777777">
        <w:trPr>
          <w:jc w:val="center"/>
        </w:trPr>
        <w:tc>
          <w:tcPr>
            <w:tcW w:w="187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3D1CA9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10:00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11:30</w:t>
            </w:r>
          </w:p>
        </w:tc>
        <w:tc>
          <w:tcPr>
            <w:tcW w:w="144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813F89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302</w:t>
            </w:r>
          </w:p>
        </w:tc>
        <w:tc>
          <w:tcPr>
            <w:tcW w:w="331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6F30D5" w14:textId="38D098EC" w:rsidR="0033063A" w:rsidRPr="00257589" w:rsidRDefault="00EA4B8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SM2 -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Machosfera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violência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contra as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mulheres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o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ambiente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digital (2ª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sessão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68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B1087C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Stella Gontijo</w:t>
            </w:r>
          </w:p>
        </w:tc>
      </w:tr>
      <w:tr w:rsidR="0033063A" w:rsidRPr="00257589" w14:paraId="5A129E81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D4BD1E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10:00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11:30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67FCA4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309</w:t>
            </w:r>
          </w:p>
        </w:tc>
        <w:tc>
          <w:tcPr>
            <w:tcW w:w="331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540A20" w14:textId="7319990A" w:rsidR="0033063A" w:rsidRPr="00257589" w:rsidRDefault="00C019B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SM2-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Mulheres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luta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América Latina</w:t>
            </w:r>
          </w:p>
        </w:tc>
        <w:tc>
          <w:tcPr>
            <w:tcW w:w="316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1552B3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Bianca Santos Gomes, Gabrielly Luiza Rodrigues Souza e Anna Clara Leal</w:t>
            </w:r>
          </w:p>
        </w:tc>
      </w:tr>
      <w:tr w:rsidR="0033063A" w:rsidRPr="00257589" w14:paraId="13F34A0A" w14:textId="77777777">
        <w:trPr>
          <w:jc w:val="center"/>
        </w:trPr>
        <w:tc>
          <w:tcPr>
            <w:tcW w:w="187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578FE9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14:30</w:t>
            </w:r>
          </w:p>
        </w:tc>
        <w:tc>
          <w:tcPr>
            <w:tcW w:w="144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389758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Auditório</w:t>
            </w:r>
            <w:proofErr w:type="spellEnd"/>
          </w:p>
        </w:tc>
        <w:tc>
          <w:tcPr>
            <w:tcW w:w="331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12B933" w14:textId="46AB911C" w:rsidR="0033063A" w:rsidRPr="00257589" w:rsidRDefault="006419C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ST1 -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Coletivo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Mulheres</w:t>
            </w:r>
            <w:proofErr w:type="spellEnd"/>
            <w:r w:rsidR="00B43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IFMG </w:t>
            </w:r>
            <w:proofErr w:type="spellStart"/>
            <w:r w:rsidR="00B43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Conselheir</w:t>
            </w:r>
            <w:r w:rsidR="00982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proofErr w:type="spellEnd"/>
            <w:r w:rsidR="00982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82D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Lafaiete</w:t>
            </w:r>
            <w:proofErr w:type="spellEnd"/>
          </w:p>
        </w:tc>
        <w:tc>
          <w:tcPr>
            <w:tcW w:w="3168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57B623" w14:textId="6AA4BB41" w:rsidR="0033063A" w:rsidRPr="00257589" w:rsidRDefault="00AC59D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Sintia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Helpes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Ana Flávia Mellilo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Servidoras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IFMG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Conselheiro</w:t>
            </w:r>
            <w:proofErr w:type="spellEnd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Lafaiete</w:t>
            </w:r>
            <w:proofErr w:type="spellEnd"/>
          </w:p>
        </w:tc>
      </w:tr>
      <w:tr w:rsidR="0033063A" w:rsidRPr="00257589" w14:paraId="0A3C1C09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6C15A1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14:30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86C3F1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302</w:t>
            </w:r>
          </w:p>
        </w:tc>
        <w:tc>
          <w:tcPr>
            <w:tcW w:w="331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17B12B" w14:textId="7812FE5B" w:rsidR="0033063A" w:rsidRPr="00257589" w:rsidRDefault="007E065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ST1</w:t>
            </w:r>
            <w:r w:rsidR="00BC63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Cientistas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Negras e NEABI –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Violências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lutas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liberdades</w:t>
            </w:r>
            <w:proofErr w:type="spellEnd"/>
          </w:p>
        </w:tc>
        <w:tc>
          <w:tcPr>
            <w:tcW w:w="316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F4966F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Alanna Vitória, Gabriela Aparecida e Sophia Beatriz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Expedido</w:t>
            </w:r>
            <w:proofErr w:type="spellEnd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Reis</w:t>
            </w:r>
          </w:p>
        </w:tc>
      </w:tr>
      <w:tr w:rsidR="0033063A" w:rsidRPr="00257589" w14:paraId="69B38799" w14:textId="77777777">
        <w:trPr>
          <w:jc w:val="center"/>
        </w:trPr>
        <w:tc>
          <w:tcPr>
            <w:tcW w:w="187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0C347A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14:30</w:t>
            </w:r>
          </w:p>
        </w:tc>
        <w:tc>
          <w:tcPr>
            <w:tcW w:w="144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45F06E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307</w:t>
            </w:r>
          </w:p>
        </w:tc>
        <w:tc>
          <w:tcPr>
            <w:tcW w:w="331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258A12" w14:textId="34953E2B" w:rsidR="0033063A" w:rsidRPr="00257589" w:rsidRDefault="00462F7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</w:t>
            </w:r>
            <w:r w:rsidR="00DD78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Troco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15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</w:t>
            </w:r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roca</w:t>
            </w:r>
            <w:proofErr w:type="spellEnd"/>
            <w:r w:rsidR="00A15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Código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Lilás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além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das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marcas</w:t>
            </w:r>
            <w:proofErr w:type="spellEnd"/>
          </w:p>
        </w:tc>
        <w:tc>
          <w:tcPr>
            <w:tcW w:w="3168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2EB3C7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Evelyn Cristina Souza Vieira, Giovanna Luiza da Silva Pedrosa, Maria Carolina Mendes Moura, Fernanda Gabrielly Ferreira dos Reis, Rayla Rodrigues de Carvalho Baêta, Vitória Evelyn de Jesus Conceição</w:t>
            </w:r>
          </w:p>
        </w:tc>
      </w:tr>
      <w:tr w:rsidR="0033063A" w:rsidRPr="00257589" w14:paraId="434BEAD7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65DC2A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13:00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14:30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BBFA19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301</w:t>
            </w:r>
          </w:p>
        </w:tc>
        <w:tc>
          <w:tcPr>
            <w:tcW w:w="331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764576" w14:textId="6C3168D1" w:rsidR="0033063A" w:rsidRPr="00257589" w:rsidRDefault="00632CD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</w:t>
            </w:r>
            <w:r w:rsidR="00EA6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Além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das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aparências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Identificando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violência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invisível</w:t>
            </w:r>
            <w:proofErr w:type="spellEnd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– (</w:t>
            </w:r>
            <w:proofErr w:type="spellStart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exclusiva</w:t>
            </w:r>
            <w:proofErr w:type="spellEnd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para </w:t>
            </w:r>
            <w:proofErr w:type="spellStart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estudantes</w:t>
            </w:r>
            <w:proofErr w:type="spellEnd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mulheres</w:t>
            </w:r>
            <w:proofErr w:type="spellEnd"/>
            <w:r w:rsidR="00041F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6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537211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 Paula Batista (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Pedagoga</w:t>
            </w:r>
            <w:proofErr w:type="spellEnd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IFMG)</w:t>
            </w:r>
          </w:p>
        </w:tc>
      </w:tr>
      <w:tr w:rsidR="0033063A" w:rsidRPr="00257589" w14:paraId="7D080936" w14:textId="77777777">
        <w:trPr>
          <w:jc w:val="center"/>
        </w:trPr>
        <w:tc>
          <w:tcPr>
            <w:tcW w:w="187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7D0CD3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15:00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16:30</w:t>
            </w:r>
          </w:p>
        </w:tc>
        <w:tc>
          <w:tcPr>
            <w:tcW w:w="144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61E8E0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Auditório</w:t>
            </w:r>
            <w:proofErr w:type="spellEnd"/>
          </w:p>
        </w:tc>
        <w:tc>
          <w:tcPr>
            <w:tcW w:w="331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2F9445" w14:textId="64B227AB" w:rsidR="0033063A" w:rsidRPr="00257589" w:rsidRDefault="00033C2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</w:t>
            </w:r>
            <w:r w:rsidR="008948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E6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Projeto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Maria da Penha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às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escolas</w:t>
            </w:r>
            <w:proofErr w:type="spellEnd"/>
          </w:p>
        </w:tc>
        <w:tc>
          <w:tcPr>
            <w:tcW w:w="3168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57EC11" w14:textId="440AFD2D" w:rsidR="0033063A" w:rsidRPr="00257589" w:rsidRDefault="0025758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Sintia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Helpes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Ana Flávia</w:t>
            </w:r>
            <w:r w:rsidR="00AC5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Mellilo, (</w:t>
            </w:r>
            <w:proofErr w:type="spellStart"/>
            <w:r w:rsidR="00AC5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Servidoras</w:t>
            </w:r>
            <w:proofErr w:type="spellEnd"/>
            <w:r w:rsidR="00AC5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IFMG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Conselheiro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Lafaiete</w:t>
            </w:r>
            <w:proofErr w:type="spellEnd"/>
            <w:r w:rsidR="00AC59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33063A" w:rsidRPr="00257589" w14:paraId="20AA30E2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564FEF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15:00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16:30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454C47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301</w:t>
            </w:r>
          </w:p>
        </w:tc>
        <w:tc>
          <w:tcPr>
            <w:tcW w:w="331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8C3270" w14:textId="05094FCD" w:rsidR="0033063A" w:rsidRPr="00257589" w:rsidRDefault="00107F6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</w:t>
            </w:r>
            <w:r w:rsidR="00921C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60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Cine debate e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roda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conversa: Série </w:t>
            </w:r>
            <w:r w:rsidR="00A92986" w:rsidRPr="00041FE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Bom Dia, Verônica</w:t>
            </w:r>
          </w:p>
        </w:tc>
        <w:tc>
          <w:tcPr>
            <w:tcW w:w="316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77A2B7" w14:textId="7BBB9FC2" w:rsidR="0033063A" w:rsidRPr="00257589" w:rsidRDefault="00FF0CD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Isabela Bautista</w:t>
            </w:r>
          </w:p>
        </w:tc>
      </w:tr>
      <w:tr w:rsidR="0033063A" w:rsidRPr="00257589" w14:paraId="549EBB1D" w14:textId="77777777">
        <w:trPr>
          <w:jc w:val="center"/>
        </w:trPr>
        <w:tc>
          <w:tcPr>
            <w:tcW w:w="187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21FEE1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15:00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16:30</w:t>
            </w:r>
          </w:p>
        </w:tc>
        <w:tc>
          <w:tcPr>
            <w:tcW w:w="1440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3BE117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Sala 302</w:t>
            </w:r>
          </w:p>
        </w:tc>
        <w:tc>
          <w:tcPr>
            <w:tcW w:w="3312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372A04" w14:textId="04060117" w:rsidR="0033063A" w:rsidRPr="00257589" w:rsidRDefault="00C77C84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</w:t>
            </w:r>
            <w:r w:rsidR="000C6C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Além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Agressão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As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Diversas</w:t>
            </w:r>
            <w:proofErr w:type="spellEnd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Faces da </w:t>
            </w:r>
            <w:proofErr w:type="spellStart"/>
            <w:r w:rsidR="00A92986"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Violência</w:t>
            </w:r>
            <w:proofErr w:type="spellEnd"/>
          </w:p>
        </w:tc>
        <w:tc>
          <w:tcPr>
            <w:tcW w:w="3168" w:type="dxa"/>
            <w:shd w:val="clear" w:color="auto" w:fill="F7FAFC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539C44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Grêmio</w:t>
            </w:r>
            <w:proofErr w:type="spellEnd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do IFMG (Manuela Barbalho Dias e Júlia Abner dos Reis Lopes)</w:t>
            </w:r>
          </w:p>
        </w:tc>
      </w:tr>
      <w:tr w:rsidR="0033063A" w:rsidRPr="00257589" w14:paraId="6030F8FB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7D1C47" w14:textId="77777777" w:rsidR="0033063A" w:rsidRPr="00257589" w:rsidRDefault="00A9298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19:30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às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21:00 (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Engenharia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Elétrica</w:t>
            </w:r>
            <w:proofErr w:type="spellEnd"/>
            <w:r w:rsidRPr="002575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B2BA58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Auditório</w:t>
            </w:r>
            <w:proofErr w:type="spellEnd"/>
          </w:p>
        </w:tc>
        <w:tc>
          <w:tcPr>
            <w:tcW w:w="3312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A380AF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Palestra: Combate à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violência</w:t>
            </w:r>
            <w:proofErr w:type="spellEnd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contra a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mulher</w:t>
            </w:r>
            <w:proofErr w:type="spellEnd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(com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recepção</w:t>
            </w:r>
            <w:proofErr w:type="spellEnd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entrada com o site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Mensagens</w:t>
            </w:r>
            <w:proofErr w:type="spellEnd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Parceiras</w:t>
            </w:r>
            <w:proofErr w:type="spellEnd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elaborado</w:t>
            </w:r>
            <w:proofErr w:type="spellEnd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por</w:t>
            </w:r>
            <w:proofErr w:type="spellEnd"/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Ryan)</w:t>
            </w:r>
          </w:p>
        </w:tc>
        <w:tc>
          <w:tcPr>
            <w:tcW w:w="316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8C94B0" w14:textId="77777777" w:rsidR="0033063A" w:rsidRPr="00257589" w:rsidRDefault="00A9298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7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Bella Gonçalves</w:t>
            </w:r>
          </w:p>
        </w:tc>
      </w:tr>
    </w:tbl>
    <w:p w14:paraId="51CC953E" w14:textId="77777777" w:rsidR="00A92986" w:rsidRPr="00257589" w:rsidRDefault="00A9298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92986" w:rsidRPr="00257589" w:rsidSect="00034616">
      <w:headerReference w:type="default" r:id="rId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C57C0E" w14:textId="77777777" w:rsidR="001A0159" w:rsidRDefault="001A0159" w:rsidP="00BA5165">
      <w:pPr>
        <w:spacing w:after="0" w:line="240" w:lineRule="auto"/>
      </w:pPr>
      <w:r>
        <w:separator/>
      </w:r>
    </w:p>
  </w:endnote>
  <w:endnote w:type="continuationSeparator" w:id="0">
    <w:p w14:paraId="42B4D7D5" w14:textId="77777777" w:rsidR="001A0159" w:rsidRDefault="001A0159" w:rsidP="00BA5165">
      <w:pPr>
        <w:spacing w:after="0" w:line="240" w:lineRule="auto"/>
      </w:pPr>
      <w:r>
        <w:continuationSeparator/>
      </w:r>
    </w:p>
  </w:endnote>
  <w:endnote w:type="continuationNotice" w:id="1">
    <w:p w14:paraId="6D06623A" w14:textId="77777777" w:rsidR="001A0159" w:rsidRDefault="001A01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41155B" w14:textId="77777777" w:rsidR="001A0159" w:rsidRDefault="001A0159" w:rsidP="00BA5165">
      <w:pPr>
        <w:spacing w:after="0" w:line="240" w:lineRule="auto"/>
      </w:pPr>
      <w:r>
        <w:separator/>
      </w:r>
    </w:p>
  </w:footnote>
  <w:footnote w:type="continuationSeparator" w:id="0">
    <w:p w14:paraId="1A044458" w14:textId="77777777" w:rsidR="001A0159" w:rsidRDefault="001A0159" w:rsidP="00BA5165">
      <w:pPr>
        <w:spacing w:after="0" w:line="240" w:lineRule="auto"/>
      </w:pPr>
      <w:r>
        <w:continuationSeparator/>
      </w:r>
    </w:p>
  </w:footnote>
  <w:footnote w:type="continuationNotice" w:id="1">
    <w:p w14:paraId="1EEF321C" w14:textId="77777777" w:rsidR="001A0159" w:rsidRDefault="001A01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98455" w14:textId="66F8B255" w:rsidR="00BA5165" w:rsidRDefault="00BA5165" w:rsidP="00BA5165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9709625">
    <w:abstractNumId w:val="8"/>
  </w:num>
  <w:num w:numId="2" w16cid:durableId="557864475">
    <w:abstractNumId w:val="6"/>
  </w:num>
  <w:num w:numId="3" w16cid:durableId="1201822904">
    <w:abstractNumId w:val="5"/>
  </w:num>
  <w:num w:numId="4" w16cid:durableId="1701588997">
    <w:abstractNumId w:val="4"/>
  </w:num>
  <w:num w:numId="5" w16cid:durableId="1128160572">
    <w:abstractNumId w:val="7"/>
  </w:num>
  <w:num w:numId="6" w16cid:durableId="426342748">
    <w:abstractNumId w:val="3"/>
  </w:num>
  <w:num w:numId="7" w16cid:durableId="1485125929">
    <w:abstractNumId w:val="2"/>
  </w:num>
  <w:num w:numId="8" w16cid:durableId="124352742">
    <w:abstractNumId w:val="1"/>
  </w:num>
  <w:num w:numId="9" w16cid:durableId="13990159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0D9C"/>
    <w:rsid w:val="00033C29"/>
    <w:rsid w:val="00034616"/>
    <w:rsid w:val="00041FE4"/>
    <w:rsid w:val="0006063C"/>
    <w:rsid w:val="00085CA3"/>
    <w:rsid w:val="000C6CA6"/>
    <w:rsid w:val="0010073A"/>
    <w:rsid w:val="00107F6F"/>
    <w:rsid w:val="0015074B"/>
    <w:rsid w:val="001821AC"/>
    <w:rsid w:val="001A0159"/>
    <w:rsid w:val="001A45E5"/>
    <w:rsid w:val="001B40AA"/>
    <w:rsid w:val="001E6E89"/>
    <w:rsid w:val="00257589"/>
    <w:rsid w:val="0029639D"/>
    <w:rsid w:val="002C64AE"/>
    <w:rsid w:val="00326F90"/>
    <w:rsid w:val="0033063A"/>
    <w:rsid w:val="003A667E"/>
    <w:rsid w:val="004162DB"/>
    <w:rsid w:val="00462F78"/>
    <w:rsid w:val="00510073"/>
    <w:rsid w:val="00560266"/>
    <w:rsid w:val="005B6559"/>
    <w:rsid w:val="00624C1E"/>
    <w:rsid w:val="00632CD0"/>
    <w:rsid w:val="006419C7"/>
    <w:rsid w:val="00783E7D"/>
    <w:rsid w:val="007E0650"/>
    <w:rsid w:val="007E199C"/>
    <w:rsid w:val="007F7E85"/>
    <w:rsid w:val="00846C66"/>
    <w:rsid w:val="008727DE"/>
    <w:rsid w:val="008948A1"/>
    <w:rsid w:val="00921C3F"/>
    <w:rsid w:val="00982DB4"/>
    <w:rsid w:val="009E0D9B"/>
    <w:rsid w:val="00A156BD"/>
    <w:rsid w:val="00A2523A"/>
    <w:rsid w:val="00A861F4"/>
    <w:rsid w:val="00A92986"/>
    <w:rsid w:val="00A948F8"/>
    <w:rsid w:val="00AA1D8D"/>
    <w:rsid w:val="00AC59DD"/>
    <w:rsid w:val="00AE35CE"/>
    <w:rsid w:val="00B437EB"/>
    <w:rsid w:val="00B47730"/>
    <w:rsid w:val="00BA5165"/>
    <w:rsid w:val="00BA5C98"/>
    <w:rsid w:val="00BC63E2"/>
    <w:rsid w:val="00C019BE"/>
    <w:rsid w:val="00C77C84"/>
    <w:rsid w:val="00CB0664"/>
    <w:rsid w:val="00CB30E9"/>
    <w:rsid w:val="00D613F2"/>
    <w:rsid w:val="00DA469C"/>
    <w:rsid w:val="00DC6C32"/>
    <w:rsid w:val="00DD784E"/>
    <w:rsid w:val="00E00A25"/>
    <w:rsid w:val="00E24F3B"/>
    <w:rsid w:val="00EA4B88"/>
    <w:rsid w:val="00EA6ACA"/>
    <w:rsid w:val="00F35B56"/>
    <w:rsid w:val="00FC693F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C65039"/>
  <w14:defaultImageDpi w14:val="300"/>
  <w15:docId w15:val="{6D4EA4B3-15EC-994D-B54B-8485B87F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D4A72F-B41B-4D8C-90C6-22EDA6AD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468</Words>
  <Characters>2529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Taciana Garrido Resende</cp:lastModifiedBy>
  <cp:revision>4</cp:revision>
  <cp:lastPrinted>2026-08-05T15:38:00Z</cp:lastPrinted>
  <dcterms:created xsi:type="dcterms:W3CDTF">2026-08-05T20:30:00Z</dcterms:created>
  <dcterms:modified xsi:type="dcterms:W3CDTF">2026-08-07T10:52:00Z</dcterms:modified>
  <cp:category/>
</cp:coreProperties>
</file>